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6B420F" w14:textId="0D63B621" w:rsidR="003F3319" w:rsidRPr="00B30B53" w:rsidRDefault="00000000" w:rsidP="00E35F77">
      <w:pPr>
        <w:pStyle w:val="Ttulo"/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color w:val="000000" w:themeColor="text1"/>
          <w:lang w:val="pt-BR"/>
        </w:rPr>
        <w:t>FICHA DE IDENTIFICAÇÃO E SUBMISSÃO</w:t>
      </w:r>
    </w:p>
    <w:p w14:paraId="36D1FF22" w14:textId="076575F9" w:rsidR="003F3319" w:rsidRPr="00B30B53" w:rsidRDefault="00000000" w:rsidP="00E35F77">
      <w:pPr>
        <w:rPr>
          <w:rFonts w:ascii="Times New Roman" w:hAnsi="Times New Roman" w:cs="Times New Roman"/>
          <w:color w:val="000000" w:themeColor="text1"/>
          <w:lang w:val="pt-BR"/>
        </w:rPr>
      </w:pPr>
      <w:r>
        <w:rPr>
          <w:rFonts w:ascii="Times New Roman" w:hAnsi="Times New Roman" w:cs="Times New Roman"/>
          <w:b/>
          <w:color w:val="000000" w:themeColor="text1"/>
          <w:lang w:val="pt-BR"/>
        </w:rPr>
        <w:t xml:space="preserve">Preencher, </w:t>
      </w:r>
      <w:r>
        <w:rPr>
          <w:rFonts w:ascii="Times New Roman" w:hAnsi="Times New Roman" w:cs="Times New Roman"/>
          <w:b/>
          <w:color w:val="000000" w:themeColor="text1"/>
          <w:lang w:val="pt-BR"/>
        </w:rPr>
        <w:t xml:space="preserve">assinar eletronicamente via GOV.BR, </w:t>
      </w:r>
      <w:r>
        <w:rPr>
          <w:rFonts w:ascii="Times New Roman" w:hAnsi="Times New Roman" w:cs="Times New Roman"/>
          <w:b/>
          <w:color w:val="000000" w:themeColor="text1"/>
          <w:lang w:val="pt-BR"/>
        </w:rPr>
        <w:t>enviar em PDF e anexar ao e-mail de submissão</w:t>
      </w:r>
    </w:p>
    <w:p w14:paraId="31359258" w14:textId="31515DF7" w:rsidR="003F3319" w:rsidRPr="00B30B53" w:rsidRDefault="00B30B53" w:rsidP="00E35F77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color w:val="000000" w:themeColor="text1"/>
          <w:sz w:val="18"/>
          <w:lang w:val="pt-BR"/>
        </w:rPr>
        <w:t>Evento no 11 de novembro de 2026 | FABA - Rua Cariús, 223, Campo Grande, Rio de Janeiro/RJ</w:t>
      </w:r>
    </w:p>
    <w:p w14:paraId="6ED685ED" w14:textId="77777777" w:rsidR="003F3319" w:rsidRPr="00B30B53" w:rsidRDefault="003F3319" w:rsidP="00E35F77">
      <w:pPr>
        <w:rPr>
          <w:rFonts w:ascii="Times New Roman" w:hAnsi="Times New Roman" w:cs="Times New Roman"/>
          <w:color w:val="000000" w:themeColor="text1"/>
          <w:lang w:val="pt-BR"/>
        </w:rPr>
      </w:pPr>
      <w:r>
        <w:rPr>
          <w:rFonts w:ascii="Times New Roman" w:hAnsi="Times New Roman" w:cs="Times New Roman"/>
          <w:i/>
          <w:color w:val="000000" w:themeColor="text1"/>
          <w:sz w:val="18"/>
          <w:lang w:val="pt-BR"/>
        </w:rPr>
        <w:t>O código de identificação do trabalho será atribuído internamente pela organização após o recebimento da submissão.</w:t>
      </w:r>
    </w:p>
    <w:p w14:paraId="36DCBAA0" w14:textId="77777777" w:rsidR="003F3319" w:rsidRPr="00B30B53" w:rsidRDefault="00000000">
      <w:pPr>
        <w:pStyle w:val="Ttulo1"/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color w:val="000000" w:themeColor="text1"/>
          <w:lang w:val="pt-BR"/>
        </w:rPr>
        <w:t>A. Identificação do trabalho</w:t>
      </w:r>
    </w:p>
    <w:p w14:paraId="4CF06AC2" w14:textId="77777777" w:rsidR="003F3319" w:rsidRPr="00B30B53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b/>
          <w:color w:val="000000" w:themeColor="text1"/>
          <w:lang w:val="pt-BR"/>
        </w:rPr>
        <w:t>Título do trabalho:</w:t>
      </w:r>
    </w:p>
    <w:p w14:paraId="31BF6FD0" w14:textId="77777777" w:rsidR="003F3319" w:rsidRPr="00B30B53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b/>
          <w:color w:val="000000" w:themeColor="text1"/>
          <w:lang w:val="pt-BR"/>
        </w:rPr>
        <w:t xml:space="preserve">Idioma do resumo: </w:t>
      </w: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</w:t>
      </w: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Português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</w:t>
      </w: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  [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] </w:t>
      </w: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Inglês</w:t>
      </w:r>
      <w:proofErr w:type="gramEnd"/>
    </w:p>
    <w:p w14:paraId="18313E67" w14:textId="166625D8" w:rsidR="003F3319" w:rsidRPr="00B30B53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b/>
          <w:color w:val="000000" w:themeColor="text1"/>
          <w:lang w:val="pt-BR"/>
        </w:rPr>
        <w:t xml:space="preserve">Instituição principal de origem: </w:t>
      </w:r>
    </w:p>
    <w:p w14:paraId="3433C5F8" w14:textId="536FD3B5" w:rsidR="003F3319" w:rsidRPr="00B30B53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b/>
          <w:color w:val="000000" w:themeColor="text1"/>
          <w:lang w:val="pt-BR"/>
        </w:rPr>
        <w:t>Curso/área (quando aplicável):</w:t>
      </w:r>
      <w:r w:rsidR="00B30B53">
        <w:rPr>
          <w:rFonts w:ascii="Times New Roman" w:hAnsi="Times New Roman" w:cs="Times New Roman"/>
          <w:b/>
          <w:color w:val="000000" w:themeColor="text1"/>
          <w:lang w:val="pt-BR"/>
        </w:rPr>
        <w:t xml:space="preserve"> </w:t>
      </w:r>
    </w:p>
    <w:p w14:paraId="413E78AF" w14:textId="77777777" w:rsidR="003F3319" w:rsidRPr="00B30B53" w:rsidRDefault="00000000">
      <w:pPr>
        <w:pStyle w:val="Ttulo1"/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color w:val="000000" w:themeColor="text1"/>
          <w:lang w:val="pt-BR"/>
        </w:rPr>
        <w:t>B. Autores</w:t>
      </w:r>
    </w:p>
    <w:p w14:paraId="14A8B741" w14:textId="77777777" w:rsidR="003F3319" w:rsidRPr="00B30B53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color w:val="000000" w:themeColor="text1"/>
          <w:lang w:val="pt-BR"/>
        </w:rPr>
        <w:t>Relacionar os autores na ordem em que deverão constar nos registros institucionais. Até 10 autores, salvo justificativa aceita pela Coordenação Científica.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6"/>
        <w:gridCol w:w="4813"/>
        <w:gridCol w:w="4723"/>
      </w:tblGrid>
      <w:tr w:rsidR="003F3319" w:rsidRPr="00B30B53" w14:paraId="0484D28B" w14:textId="77777777" w:rsidTr="008E5729">
        <w:trPr>
          <w:tblHeader/>
          <w:jc w:val="center"/>
        </w:trPr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278AFEBF" w14:textId="77777777" w:rsidR="003F3319" w:rsidRPr="00B30B53" w:rsidRDefault="00000000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30B53">
              <w:rPr>
                <w:rFonts w:ascii="Times New Roman" w:hAnsi="Times New Roman" w:cs="Times New Roman"/>
                <w:b/>
                <w:color w:val="000000" w:themeColor="text1"/>
                <w:sz w:val="17"/>
                <w:lang w:val="pt-BR"/>
              </w:rPr>
              <w:t>Nº</w:t>
            </w:r>
          </w:p>
        </w:tc>
        <w:tc>
          <w:tcPr>
            <w:tcW w:w="4819" w:type="dxa"/>
            <w:shd w:val="clear" w:color="auto" w:fill="D9D9D9" w:themeFill="background1" w:themeFillShade="D9"/>
            <w:vAlign w:val="center"/>
          </w:tcPr>
          <w:p w14:paraId="1A5BBFD4" w14:textId="77777777" w:rsidR="003F3319" w:rsidRPr="00B30B53" w:rsidRDefault="00000000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30B53">
              <w:rPr>
                <w:rFonts w:ascii="Times New Roman" w:hAnsi="Times New Roman" w:cs="Times New Roman"/>
                <w:b/>
                <w:color w:val="000000" w:themeColor="text1"/>
                <w:sz w:val="17"/>
                <w:lang w:val="pt-BR"/>
              </w:rPr>
              <w:t>Nome completo</w:t>
            </w:r>
          </w:p>
        </w:tc>
        <w:tc>
          <w:tcPr>
            <w:tcW w:w="4727" w:type="dxa"/>
            <w:shd w:val="clear" w:color="auto" w:fill="D9D9D9" w:themeFill="background1" w:themeFillShade="D9"/>
            <w:vAlign w:val="center"/>
          </w:tcPr>
          <w:p w14:paraId="4CDAE4B5" w14:textId="77777777" w:rsidR="003F3319" w:rsidRPr="00B30B53" w:rsidRDefault="00000000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30B53">
              <w:rPr>
                <w:rFonts w:ascii="Times New Roman" w:hAnsi="Times New Roman" w:cs="Times New Roman"/>
                <w:b/>
                <w:color w:val="000000" w:themeColor="text1"/>
                <w:sz w:val="17"/>
                <w:lang w:val="pt-BR"/>
              </w:rPr>
              <w:t>Afiliação/instituição</w:t>
            </w:r>
          </w:p>
        </w:tc>
      </w:tr>
      <w:tr w:rsidR="003F3319" w:rsidRPr="00B30B53" w14:paraId="33F2B604" w14:textId="77777777" w:rsidTr="008E5729">
        <w:trPr>
          <w:jc w:val="center"/>
        </w:trPr>
        <w:tc>
          <w:tcPr>
            <w:tcW w:w="4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8DC95A" w14:textId="77777777" w:rsidR="003F3319" w:rsidRPr="00B30B53" w:rsidRDefault="00000000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30B53">
              <w:rPr>
                <w:rFonts w:ascii="Times New Roman" w:hAnsi="Times New Roman" w:cs="Times New Roman"/>
                <w:color w:val="000000" w:themeColor="text1"/>
                <w:sz w:val="17"/>
                <w:lang w:val="pt-BR"/>
              </w:rPr>
              <w:t>1</w:t>
            </w:r>
          </w:p>
        </w:tc>
        <w:tc>
          <w:tcPr>
            <w:tcW w:w="4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727E01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47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58AD07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3F3319" w:rsidRPr="00B30B53" w14:paraId="4539DE15" w14:textId="77777777" w:rsidTr="008E5729">
        <w:trPr>
          <w:jc w:val="center"/>
        </w:trPr>
        <w:tc>
          <w:tcPr>
            <w:tcW w:w="4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3D9471" w14:textId="77777777" w:rsidR="003F3319" w:rsidRPr="00B30B53" w:rsidRDefault="00000000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30B53">
              <w:rPr>
                <w:rFonts w:ascii="Times New Roman" w:hAnsi="Times New Roman" w:cs="Times New Roman"/>
                <w:color w:val="000000" w:themeColor="text1"/>
                <w:sz w:val="17"/>
                <w:lang w:val="pt-BR"/>
              </w:rPr>
              <w:t>2</w:t>
            </w:r>
          </w:p>
        </w:tc>
        <w:tc>
          <w:tcPr>
            <w:tcW w:w="4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74767D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47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F25F2C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3F3319" w:rsidRPr="00B30B53" w14:paraId="27FCE793" w14:textId="77777777" w:rsidTr="008E5729">
        <w:trPr>
          <w:jc w:val="center"/>
        </w:trPr>
        <w:tc>
          <w:tcPr>
            <w:tcW w:w="4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09AB9C" w14:textId="77777777" w:rsidR="003F3319" w:rsidRPr="00B30B53" w:rsidRDefault="00000000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30B53">
              <w:rPr>
                <w:rFonts w:ascii="Times New Roman" w:hAnsi="Times New Roman" w:cs="Times New Roman"/>
                <w:color w:val="000000" w:themeColor="text1"/>
                <w:sz w:val="17"/>
                <w:lang w:val="pt-BR"/>
              </w:rPr>
              <w:t>3</w:t>
            </w:r>
          </w:p>
        </w:tc>
        <w:tc>
          <w:tcPr>
            <w:tcW w:w="4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0973AA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47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A6FB21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3F3319" w:rsidRPr="00B30B53" w14:paraId="0BD02BF3" w14:textId="77777777" w:rsidTr="008E5729">
        <w:trPr>
          <w:jc w:val="center"/>
        </w:trPr>
        <w:tc>
          <w:tcPr>
            <w:tcW w:w="4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4CA9ED" w14:textId="77777777" w:rsidR="003F3319" w:rsidRPr="00B30B53" w:rsidRDefault="00000000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30B53">
              <w:rPr>
                <w:rFonts w:ascii="Times New Roman" w:hAnsi="Times New Roman" w:cs="Times New Roman"/>
                <w:color w:val="000000" w:themeColor="text1"/>
                <w:sz w:val="17"/>
                <w:lang w:val="pt-BR"/>
              </w:rPr>
              <w:t>4</w:t>
            </w:r>
          </w:p>
        </w:tc>
        <w:tc>
          <w:tcPr>
            <w:tcW w:w="4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1FB36E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47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333DA2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3F3319" w:rsidRPr="00B30B53" w14:paraId="7238B1B5" w14:textId="77777777" w:rsidTr="008E5729">
        <w:trPr>
          <w:jc w:val="center"/>
        </w:trPr>
        <w:tc>
          <w:tcPr>
            <w:tcW w:w="4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32B051" w14:textId="77777777" w:rsidR="003F3319" w:rsidRPr="00B30B53" w:rsidRDefault="00000000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30B53">
              <w:rPr>
                <w:rFonts w:ascii="Times New Roman" w:hAnsi="Times New Roman" w:cs="Times New Roman"/>
                <w:color w:val="000000" w:themeColor="text1"/>
                <w:sz w:val="17"/>
                <w:lang w:val="pt-BR"/>
              </w:rPr>
              <w:t>5</w:t>
            </w:r>
          </w:p>
        </w:tc>
        <w:tc>
          <w:tcPr>
            <w:tcW w:w="4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A2DF41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47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5B938F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3F3319" w:rsidRPr="00B30B53" w14:paraId="4DF580E5" w14:textId="77777777" w:rsidTr="008E5729">
        <w:trPr>
          <w:jc w:val="center"/>
        </w:trPr>
        <w:tc>
          <w:tcPr>
            <w:tcW w:w="4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066804" w14:textId="77777777" w:rsidR="003F3319" w:rsidRPr="00B30B53" w:rsidRDefault="00000000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30B53">
              <w:rPr>
                <w:rFonts w:ascii="Times New Roman" w:hAnsi="Times New Roman" w:cs="Times New Roman"/>
                <w:color w:val="000000" w:themeColor="text1"/>
                <w:sz w:val="17"/>
                <w:lang w:val="pt-BR"/>
              </w:rPr>
              <w:t>6</w:t>
            </w:r>
          </w:p>
        </w:tc>
        <w:tc>
          <w:tcPr>
            <w:tcW w:w="4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D10D4A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47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F78D52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3F3319" w:rsidRPr="00B30B53" w14:paraId="02A0E3BD" w14:textId="77777777" w:rsidTr="008E5729">
        <w:trPr>
          <w:jc w:val="center"/>
        </w:trPr>
        <w:tc>
          <w:tcPr>
            <w:tcW w:w="4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5E9F91" w14:textId="77777777" w:rsidR="003F3319" w:rsidRPr="00B30B53" w:rsidRDefault="00000000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30B53">
              <w:rPr>
                <w:rFonts w:ascii="Times New Roman" w:hAnsi="Times New Roman" w:cs="Times New Roman"/>
                <w:color w:val="000000" w:themeColor="text1"/>
                <w:sz w:val="17"/>
                <w:lang w:val="pt-BR"/>
              </w:rPr>
              <w:t>7</w:t>
            </w:r>
          </w:p>
        </w:tc>
        <w:tc>
          <w:tcPr>
            <w:tcW w:w="4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1C575D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47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5074E3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3F3319" w:rsidRPr="00B30B53" w14:paraId="418FCC20" w14:textId="77777777" w:rsidTr="008E5729">
        <w:trPr>
          <w:jc w:val="center"/>
        </w:trPr>
        <w:tc>
          <w:tcPr>
            <w:tcW w:w="4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4D70C5" w14:textId="77777777" w:rsidR="003F3319" w:rsidRPr="00B30B53" w:rsidRDefault="00000000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30B53">
              <w:rPr>
                <w:rFonts w:ascii="Times New Roman" w:hAnsi="Times New Roman" w:cs="Times New Roman"/>
                <w:color w:val="000000" w:themeColor="text1"/>
                <w:sz w:val="17"/>
                <w:lang w:val="pt-BR"/>
              </w:rPr>
              <w:t>8</w:t>
            </w:r>
          </w:p>
        </w:tc>
        <w:tc>
          <w:tcPr>
            <w:tcW w:w="4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EC2EBA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47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C97B65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3F3319" w:rsidRPr="00B30B53" w14:paraId="2CF1063E" w14:textId="77777777" w:rsidTr="008E5729">
        <w:trPr>
          <w:jc w:val="center"/>
        </w:trPr>
        <w:tc>
          <w:tcPr>
            <w:tcW w:w="4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96B9D2" w14:textId="77777777" w:rsidR="003F3319" w:rsidRPr="00B30B53" w:rsidRDefault="00000000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30B53">
              <w:rPr>
                <w:rFonts w:ascii="Times New Roman" w:hAnsi="Times New Roman" w:cs="Times New Roman"/>
                <w:color w:val="000000" w:themeColor="text1"/>
                <w:sz w:val="17"/>
                <w:lang w:val="pt-BR"/>
              </w:rPr>
              <w:t>9</w:t>
            </w:r>
          </w:p>
        </w:tc>
        <w:tc>
          <w:tcPr>
            <w:tcW w:w="4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639117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47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C21D76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  <w:tr w:rsidR="003F3319" w:rsidRPr="00B30B53" w14:paraId="6242DF16" w14:textId="77777777" w:rsidTr="008E5729">
        <w:trPr>
          <w:jc w:val="center"/>
        </w:trPr>
        <w:tc>
          <w:tcPr>
            <w:tcW w:w="4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895237" w14:textId="77777777" w:rsidR="003F3319" w:rsidRPr="00B30B53" w:rsidRDefault="00000000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B30B53">
              <w:rPr>
                <w:rFonts w:ascii="Times New Roman" w:hAnsi="Times New Roman" w:cs="Times New Roman"/>
                <w:color w:val="000000" w:themeColor="text1"/>
                <w:sz w:val="17"/>
                <w:lang w:val="pt-BR"/>
              </w:rPr>
              <w:t>10</w:t>
            </w:r>
          </w:p>
        </w:tc>
        <w:tc>
          <w:tcPr>
            <w:tcW w:w="481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23CBB7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47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4B0D1D" w14:textId="77777777" w:rsidR="003F3319" w:rsidRPr="00B30B53" w:rsidRDefault="003F3319" w:rsidP="008E572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</w:tr>
    </w:tbl>
    <w:p w14:paraId="3CBF4D19" w14:textId="77777777" w:rsidR="008E5729" w:rsidRDefault="008E5729">
      <w:pPr>
        <w:rPr>
          <w:rFonts w:ascii="Times New Roman" w:hAnsi="Times New Roman" w:cs="Times New Roman"/>
          <w:b/>
          <w:color w:val="000000" w:themeColor="text1"/>
          <w:lang w:val="pt-BR"/>
        </w:rPr>
      </w:pPr>
    </w:p>
    <w:p w14:paraId="3BA9652E" w14:textId="16E31E3B" w:rsidR="003F3319" w:rsidRPr="00B30B53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b/>
          <w:color w:val="000000" w:themeColor="text1"/>
          <w:lang w:val="pt-BR"/>
        </w:rPr>
        <w:t>Autor responsável pela submissão - nome:</w:t>
      </w:r>
    </w:p>
    <w:p w14:paraId="22A01F8F" w14:textId="36FEFBDA" w:rsidR="003F3319" w:rsidRPr="00B30B53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b/>
          <w:color w:val="000000" w:themeColor="text1"/>
          <w:lang w:val="pt-BR"/>
        </w:rPr>
        <w:t>E-mail para correspondência:</w:t>
      </w:r>
    </w:p>
    <w:p w14:paraId="784BBEC8" w14:textId="41DADE5B" w:rsidR="003F3319" w:rsidRPr="00B30B53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b/>
          <w:color w:val="000000" w:themeColor="text1"/>
          <w:lang w:val="pt-BR"/>
        </w:rPr>
        <w:t>Justificativa para mais de 10 autores, se aplicável:</w:t>
      </w:r>
    </w:p>
    <w:p w14:paraId="0CE2E529" w14:textId="77777777" w:rsidR="003F3319" w:rsidRPr="00B30B53" w:rsidRDefault="00000000">
      <w:pPr>
        <w:pStyle w:val="Ttulo1"/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color w:val="000000" w:themeColor="text1"/>
          <w:lang w:val="pt-BR"/>
        </w:rPr>
        <w:t>C. Modalidade científica/acadêmica</w:t>
      </w:r>
    </w:p>
    <w:p w14:paraId="777E1BF3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Estudo intervencional/experimental</w:t>
      </w:r>
    </w:p>
    <w:p w14:paraId="3C03331C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Estudo observacional</w:t>
      </w:r>
    </w:p>
    <w:p w14:paraId="61CCA059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Pesquisa qualitativa</w:t>
      </w:r>
    </w:p>
    <w:p w14:paraId="023054BF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lastRenderedPageBreak/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Estudo de métodos mistos</w:t>
      </w:r>
    </w:p>
    <w:p w14:paraId="132FD1C5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Estudo metodológico</w:t>
      </w:r>
    </w:p>
    <w:p w14:paraId="2C8F36C1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Relato de caso ou série de casos</w:t>
      </w:r>
    </w:p>
    <w:p w14:paraId="0D345FD6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Revisão da literatura / síntese de evidências</w:t>
      </w:r>
    </w:p>
    <w:p w14:paraId="2D4D406D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Relato de experiência, prática ou ação extensionista</w:t>
      </w:r>
    </w:p>
    <w:p w14:paraId="07AD6B78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Produção técnica/tecnológica e desenvolvimento de produto, processo ou solução</w:t>
      </w:r>
    </w:p>
    <w:p w14:paraId="6842CF9B" w14:textId="4BE14525" w:rsidR="003F3319" w:rsidRPr="00B30B53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b/>
          <w:color w:val="000000" w:themeColor="text1"/>
          <w:lang w:val="pt-BR"/>
        </w:rPr>
        <w:t>Subtipo/desenho específico:</w:t>
      </w:r>
    </w:p>
    <w:p w14:paraId="66234E0A" w14:textId="77777777" w:rsidR="003F3319" w:rsidRPr="00B30B53" w:rsidRDefault="00000000">
      <w:pPr>
        <w:pStyle w:val="Ttulo1"/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color w:val="000000" w:themeColor="text1"/>
          <w:lang w:val="pt-BR"/>
        </w:rPr>
        <w:t>D. Situação atual do trabalho</w:t>
      </w:r>
    </w:p>
    <w:p w14:paraId="7375C293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Concluído</w:t>
      </w:r>
    </w:p>
    <w:p w14:paraId="07B685A8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Em andamento, com resultados parciais</w:t>
      </w:r>
    </w:p>
    <w:p w14:paraId="00322213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Em andamento, ainda sem resultados</w:t>
      </w:r>
    </w:p>
    <w:p w14:paraId="1E51F48B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color w:val="000000" w:themeColor="text1"/>
          <w:lang w:val="pt-BR"/>
        </w:rPr>
        <w:t>Observação: não serão aceitos trabalhos ainda não iniciados. Trabalhos em andamento, ainda sem resultados, deverão corresponder a atividades efetivamente iniciadas e informar claramente o estágio atual de execução.</w:t>
      </w:r>
    </w:p>
    <w:p w14:paraId="491F3078" w14:textId="77777777" w:rsidR="003F3319" w:rsidRPr="00B30B53" w:rsidRDefault="00000000">
      <w:pPr>
        <w:pStyle w:val="Ttulo1"/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color w:val="000000" w:themeColor="text1"/>
          <w:lang w:val="pt-BR"/>
        </w:rPr>
        <w:t>E. Vínculos e contextos acadêmicos</w:t>
      </w:r>
    </w:p>
    <w:p w14:paraId="4C9347C1" w14:textId="77777777" w:rsidR="003F3319" w:rsidRPr="00B30B53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color w:val="000000" w:themeColor="text1"/>
          <w:lang w:val="pt-BR"/>
        </w:rPr>
        <w:t>Assinale todas as opções aplicáveis:</w:t>
      </w:r>
    </w:p>
    <w:p w14:paraId="4934A0FD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Trabalho de Conclusão de Curso - TCC</w:t>
      </w:r>
    </w:p>
    <w:p w14:paraId="0310D6A4" w14:textId="7E0FB9CA" w:rsidR="003F3319" w:rsidRPr="00432701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Iniciação Científica </w:t>
      </w:r>
      <w:r w:rsidR="004656D4">
        <w:rPr>
          <w:rFonts w:ascii="Times New Roman" w:hAnsi="Times New Roman" w:cs="Times New Roman"/>
          <w:color w:val="000000" w:themeColor="text1"/>
          <w:lang w:val="pt-BR"/>
        </w:rPr>
        <w:t>–</w:t>
      </w:r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IC</w:t>
      </w:r>
      <w:r w:rsidR="004656D4">
        <w:rPr>
          <w:rFonts w:ascii="Times New Roman" w:hAnsi="Times New Roman" w:cs="Times New Roman"/>
          <w:color w:val="000000" w:themeColor="text1"/>
          <w:lang w:val="pt-BR"/>
        </w:rPr>
        <w:t xml:space="preserve"> </w:t>
      </w:r>
      <w:r w:rsidR="00ED2D40" w:rsidRPr="00432701">
        <w:rPr>
          <w:rFonts w:ascii="Times New Roman" w:hAnsi="Times New Roman" w:cs="Times New Roman"/>
          <w:color w:val="000000" w:themeColor="text1"/>
          <w:lang w:val="pt-BR"/>
        </w:rPr>
        <w:t xml:space="preserve">/ </w:t>
      </w:r>
      <w:r w:rsidR="004656D4" w:rsidRPr="00432701">
        <w:rPr>
          <w:rFonts w:ascii="Times New Roman" w:hAnsi="Times New Roman" w:cs="Times New Roman"/>
          <w:color w:val="000000" w:themeColor="text1"/>
          <w:lang w:val="pt-BR"/>
        </w:rPr>
        <w:t>Especificar:</w:t>
      </w:r>
    </w:p>
    <w:p w14:paraId="3807050E" w14:textId="354FB979" w:rsidR="003F3319" w:rsidRPr="00432701" w:rsidRDefault="00000000" w:rsidP="00ED2D4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Projeto/grupo/laboratório de pesquisa</w:t>
      </w:r>
      <w:r w:rsidR="00ED2D40">
        <w:rPr>
          <w:rFonts w:ascii="Times New Roman" w:hAnsi="Times New Roman" w:cs="Times New Roman"/>
          <w:color w:val="000000" w:themeColor="text1"/>
          <w:lang w:val="pt-BR"/>
        </w:rPr>
        <w:t xml:space="preserve"> </w:t>
      </w:r>
      <w:r w:rsidR="00ED2D40" w:rsidRPr="00432701">
        <w:rPr>
          <w:rFonts w:ascii="Times New Roman" w:hAnsi="Times New Roman" w:cs="Times New Roman"/>
          <w:color w:val="000000" w:themeColor="text1"/>
          <w:lang w:val="pt-BR"/>
        </w:rPr>
        <w:t>/ Especificar:</w:t>
      </w:r>
    </w:p>
    <w:p w14:paraId="0059BBC4" w14:textId="057D88DF" w:rsidR="003F3319" w:rsidRPr="00432701" w:rsidRDefault="00000000" w:rsidP="00ED2D4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Programa, projeto ou ação de Extensão Universitária</w:t>
      </w:r>
      <w:r w:rsidR="00ED2D40">
        <w:rPr>
          <w:rFonts w:ascii="Times New Roman" w:hAnsi="Times New Roman" w:cs="Times New Roman"/>
          <w:color w:val="000000" w:themeColor="text1"/>
          <w:lang w:val="pt-BR"/>
        </w:rPr>
        <w:t xml:space="preserve"> </w:t>
      </w:r>
      <w:r w:rsidR="00ED2D40" w:rsidRPr="00432701">
        <w:rPr>
          <w:rFonts w:ascii="Times New Roman" w:hAnsi="Times New Roman" w:cs="Times New Roman"/>
          <w:color w:val="000000" w:themeColor="text1"/>
          <w:lang w:val="pt-BR"/>
        </w:rPr>
        <w:t>/ Especificar:</w:t>
      </w:r>
    </w:p>
    <w:p w14:paraId="0D84F1DF" w14:textId="7725CC20" w:rsidR="003F3319" w:rsidRPr="00432701" w:rsidRDefault="00000000" w:rsidP="00ED2D4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Disciplina ou atividade curricular</w:t>
      </w:r>
      <w:r w:rsidR="00ED2D40">
        <w:rPr>
          <w:rFonts w:ascii="Times New Roman" w:hAnsi="Times New Roman" w:cs="Times New Roman"/>
          <w:color w:val="000000" w:themeColor="text1"/>
          <w:lang w:val="pt-BR"/>
        </w:rPr>
        <w:t xml:space="preserve"> </w:t>
      </w:r>
      <w:r w:rsidR="00ED2D40" w:rsidRPr="00432701">
        <w:rPr>
          <w:rFonts w:ascii="Times New Roman" w:hAnsi="Times New Roman" w:cs="Times New Roman"/>
          <w:color w:val="000000" w:themeColor="text1"/>
          <w:lang w:val="pt-BR"/>
        </w:rPr>
        <w:t>/ Especificar:</w:t>
      </w:r>
    </w:p>
    <w:p w14:paraId="403FBD2C" w14:textId="3B8691BD" w:rsidR="003F3319" w:rsidRPr="00432701" w:rsidRDefault="00000000" w:rsidP="00ED2D4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Estágio ou prática curricular</w:t>
      </w:r>
      <w:r w:rsidR="00ED2D40">
        <w:rPr>
          <w:rFonts w:ascii="Times New Roman" w:hAnsi="Times New Roman" w:cs="Times New Roman"/>
          <w:color w:val="000000" w:themeColor="text1"/>
          <w:lang w:val="pt-BR"/>
        </w:rPr>
        <w:t xml:space="preserve"> </w:t>
      </w:r>
      <w:r w:rsidR="00ED2D40" w:rsidRPr="00432701">
        <w:rPr>
          <w:rFonts w:ascii="Times New Roman" w:hAnsi="Times New Roman" w:cs="Times New Roman"/>
          <w:color w:val="000000" w:themeColor="text1"/>
          <w:lang w:val="pt-BR"/>
        </w:rPr>
        <w:t>/ Especificar:</w:t>
      </w:r>
    </w:p>
    <w:p w14:paraId="68491BED" w14:textId="01B544F4" w:rsidR="003F3319" w:rsidRPr="00432701" w:rsidRDefault="00000000" w:rsidP="00ED2D4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Projeto de pós-graduação/pós-doutorado</w:t>
      </w:r>
      <w:r w:rsidR="00ED2D40">
        <w:rPr>
          <w:rFonts w:ascii="Times New Roman" w:hAnsi="Times New Roman" w:cs="Times New Roman"/>
          <w:color w:val="000000" w:themeColor="text1"/>
          <w:lang w:val="pt-BR"/>
        </w:rPr>
        <w:t xml:space="preserve"> </w:t>
      </w:r>
      <w:r w:rsidR="00ED2D40" w:rsidRPr="00432701">
        <w:rPr>
          <w:rFonts w:ascii="Times New Roman" w:hAnsi="Times New Roman" w:cs="Times New Roman"/>
          <w:color w:val="000000" w:themeColor="text1"/>
          <w:lang w:val="pt-BR"/>
        </w:rPr>
        <w:t>/ Especificar:</w:t>
      </w:r>
    </w:p>
    <w:p w14:paraId="57C1486F" w14:textId="0B479FF6" w:rsidR="003F3319" w:rsidRPr="00432701" w:rsidRDefault="00000000" w:rsidP="00ED2D4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Atividade profissional ou assistencial</w:t>
      </w:r>
      <w:r w:rsidR="00ED2D40">
        <w:rPr>
          <w:rFonts w:ascii="Times New Roman" w:hAnsi="Times New Roman" w:cs="Times New Roman"/>
          <w:color w:val="000000" w:themeColor="text1"/>
          <w:lang w:val="pt-BR"/>
        </w:rPr>
        <w:t xml:space="preserve"> </w:t>
      </w:r>
      <w:r w:rsidR="00ED2D40" w:rsidRPr="00432701">
        <w:rPr>
          <w:rFonts w:ascii="Times New Roman" w:hAnsi="Times New Roman" w:cs="Times New Roman"/>
          <w:color w:val="000000" w:themeColor="text1"/>
          <w:lang w:val="pt-BR"/>
        </w:rPr>
        <w:t>/ Especificar:</w:t>
      </w:r>
    </w:p>
    <w:p w14:paraId="2D04B566" w14:textId="3CDB5AA2" w:rsidR="003F3319" w:rsidRPr="00432701" w:rsidRDefault="00000000" w:rsidP="00ED2D4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Produção independente</w:t>
      </w:r>
      <w:r w:rsidR="00ED2D40">
        <w:rPr>
          <w:rFonts w:ascii="Times New Roman" w:hAnsi="Times New Roman" w:cs="Times New Roman"/>
          <w:color w:val="000000" w:themeColor="text1"/>
          <w:lang w:val="pt-BR"/>
        </w:rPr>
        <w:t xml:space="preserve"> </w:t>
      </w:r>
      <w:r w:rsidR="00ED2D40" w:rsidRPr="00432701">
        <w:rPr>
          <w:rFonts w:ascii="Times New Roman" w:hAnsi="Times New Roman" w:cs="Times New Roman"/>
          <w:color w:val="000000" w:themeColor="text1"/>
          <w:lang w:val="pt-BR"/>
        </w:rPr>
        <w:t>/ Especificar:</w:t>
      </w:r>
    </w:p>
    <w:p w14:paraId="28AFD330" w14:textId="0F44EF00" w:rsidR="003F3319" w:rsidRPr="00432701" w:rsidRDefault="00000000" w:rsidP="00432701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Outro </w:t>
      </w:r>
      <w:r w:rsidR="00432701" w:rsidRPr="00432701">
        <w:rPr>
          <w:rFonts w:ascii="Times New Roman" w:hAnsi="Times New Roman" w:cs="Times New Roman"/>
          <w:color w:val="000000" w:themeColor="text1"/>
          <w:lang w:val="pt-BR"/>
        </w:rPr>
        <w:t>/ Especificar:</w:t>
      </w:r>
    </w:p>
    <w:p w14:paraId="7C4596B3" w14:textId="77777777" w:rsidR="003F3319" w:rsidRPr="00B30B53" w:rsidRDefault="00000000">
      <w:pPr>
        <w:pStyle w:val="Ttulo1"/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color w:val="000000" w:themeColor="text1"/>
          <w:lang w:val="pt-BR"/>
        </w:rPr>
        <w:t>F. Dimensões relacionadas aos eixos do evento</w:t>
      </w:r>
    </w:p>
    <w:p w14:paraId="14B34F0F" w14:textId="77777777" w:rsidR="003F3319" w:rsidRPr="00B30B53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color w:val="000000" w:themeColor="text1"/>
          <w:lang w:val="pt-BR"/>
        </w:rPr>
        <w:t>Assinale todas as dimensões que se relacionem efetivamente ao trabalho:</w:t>
      </w:r>
    </w:p>
    <w:p w14:paraId="3DECB9DB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Pesquisa</w:t>
      </w:r>
    </w:p>
    <w:p w14:paraId="3DA2E45F" w14:textId="0E20912E" w:rsidR="003F3319" w:rsidRPr="00ED2D40" w:rsidRDefault="00000000" w:rsidP="00ED2D4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r>
        <w:rPr>
          <w:rFonts w:ascii="Times New Roman" w:hAnsi="Times New Roman" w:cs="Times New Roman"/>
          <w:color w:val="000000" w:themeColor="text1"/>
          <w:lang w:val="pt-BR"/>
        </w:rPr>
        <w:t>[ ] Extensão</w:t>
      </w:r>
    </w:p>
    <w:p w14:paraId="6FB97CB3" w14:textId="77777777" w:rsidR="003F3319" w:rsidRPr="00ED2D40" w:rsidRDefault="00000000" w:rsidP="00ED2D4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r>
        <w:rPr>
          <w:rFonts w:ascii="Times New Roman" w:hAnsi="Times New Roman" w:cs="Times New Roman"/>
          <w:color w:val="000000" w:themeColor="text1"/>
          <w:lang w:val="pt-BR"/>
        </w:rPr>
        <w:t>[ ] Integração com a sociedade/comunidade</w:t>
      </w:r>
    </w:p>
    <w:p w14:paraId="2D1FD3E0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Inovação</w:t>
      </w:r>
    </w:p>
    <w:p w14:paraId="390FF72A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Cultura</w:t>
      </w:r>
    </w:p>
    <w:p w14:paraId="29A32288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Ensino/Formação</w:t>
      </w:r>
    </w:p>
    <w:p w14:paraId="72707579" w14:textId="77777777" w:rsidR="003F3319" w:rsidRPr="00B30B53" w:rsidRDefault="00000000">
      <w:pPr>
        <w:pStyle w:val="Ttulo1"/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color w:val="000000" w:themeColor="text1"/>
          <w:lang w:val="pt-BR"/>
        </w:rPr>
        <w:t>G. Produto, processo, tecnologia ou solução associada</w:t>
      </w:r>
    </w:p>
    <w:p w14:paraId="5F579A64" w14:textId="77777777" w:rsidR="003F3319" w:rsidRPr="00B30B53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b/>
          <w:color w:val="000000" w:themeColor="text1"/>
          <w:lang w:val="pt-BR"/>
        </w:rPr>
        <w:t xml:space="preserve">O trabalho envolve ou resulta em produto, processo, tecnologia ou solução? </w:t>
      </w: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Não </w:t>
      </w: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  [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] Sim</w:t>
      </w:r>
    </w:p>
    <w:p w14:paraId="3ECADCB3" w14:textId="3A2E3912" w:rsidR="003F3319" w:rsidRPr="00B30B53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b/>
          <w:color w:val="000000" w:themeColor="text1"/>
          <w:lang w:val="pt-BR"/>
        </w:rPr>
        <w:t>Se sim, descreva brevemente:</w:t>
      </w:r>
      <w:r w:rsidR="00ED2D40">
        <w:rPr>
          <w:rFonts w:ascii="Times New Roman" w:hAnsi="Times New Roman" w:cs="Times New Roman"/>
          <w:b/>
          <w:color w:val="000000" w:themeColor="text1"/>
          <w:lang w:val="pt-BR"/>
        </w:rPr>
        <w:t>_____________________________________________________________________</w:t>
      </w:r>
    </w:p>
    <w:p w14:paraId="03A39401" w14:textId="77777777" w:rsidR="003F3319" w:rsidRPr="00B30B53" w:rsidRDefault="00000000">
      <w:pPr>
        <w:pStyle w:val="Ttulo1"/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color w:val="000000" w:themeColor="text1"/>
          <w:lang w:val="pt-BR"/>
        </w:rPr>
        <w:t>H. Ética, integridade e requisitos aplicáveis</w:t>
      </w:r>
    </w:p>
    <w:p w14:paraId="357189E9" w14:textId="77777777" w:rsidR="003F3319" w:rsidRPr="00B30B53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b/>
          <w:color w:val="000000" w:themeColor="text1"/>
          <w:lang w:val="pt-BR"/>
        </w:rPr>
        <w:t xml:space="preserve">O trabalho envolve participantes humanos, dados identificáveis/sensíveis, prontuários, relatos de caso ou outra situação com exigência ética específica? </w:t>
      </w: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Não </w:t>
      </w: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  [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] Sim</w:t>
      </w:r>
    </w:p>
    <w:p w14:paraId="0ED02EC5" w14:textId="12EBE7B4" w:rsidR="003F3319" w:rsidRPr="00B30B53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b/>
          <w:color w:val="000000" w:themeColor="text1"/>
          <w:lang w:val="pt-BR"/>
        </w:rPr>
        <w:lastRenderedPageBreak/>
        <w:t>Quando aplicável, informar aprovação/autorização/dispensa e respectivo identificador:</w:t>
      </w:r>
      <w:r w:rsidR="00ED2D40">
        <w:rPr>
          <w:rFonts w:ascii="Times New Roman" w:hAnsi="Times New Roman" w:cs="Times New Roman"/>
          <w:color w:val="000000" w:themeColor="text1"/>
          <w:lang w:val="pt-BR"/>
        </w:rPr>
        <w:t>____________________</w:t>
      </w:r>
    </w:p>
    <w:p w14:paraId="639EF2DD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Declaro que os requisitos éticos e institucionais aplicáveis ao trabalho foram observados, quando pertinentes.</w:t>
      </w:r>
    </w:p>
    <w:p w14:paraId="63D7E412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Declaro que todos os autores relacionados têm conhecimento e concordam com a submissão.</w:t>
      </w:r>
    </w:p>
    <w:p w14:paraId="6C5573EF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Declaro que o conteúdo submetido é de responsabilidade dos autores e respeita princípios de integridade científica.</w:t>
      </w:r>
    </w:p>
    <w:p w14:paraId="254D7928" w14:textId="4DC076C4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Autorizo</w:t>
      </w:r>
      <w:r w:rsidR="00ED2D40">
        <w:rPr>
          <w:rFonts w:ascii="Times New Roman" w:hAnsi="Times New Roman" w:cs="Times New Roman"/>
          <w:color w:val="000000" w:themeColor="text1"/>
          <w:lang w:val="pt-BR"/>
        </w:rPr>
        <w:t xml:space="preserve"> </w:t>
      </w:r>
      <w:r w:rsidRPr="00B30B53">
        <w:rPr>
          <w:rFonts w:ascii="Times New Roman" w:hAnsi="Times New Roman" w:cs="Times New Roman"/>
          <w:color w:val="000000" w:themeColor="text1"/>
          <w:lang w:val="pt-BR"/>
        </w:rPr>
        <w:t>a divulgação pública do título do trabalho e de seu código de identificação nos canais institucionais da FABA.</w:t>
      </w:r>
    </w:p>
    <w:p w14:paraId="282DCB93" w14:textId="07908B9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Declaro ciência de que, em caso de aprovação, pelo menos um dos autores do trabalho deverá estar inscrito no evento e comparecer presencialmente</w:t>
      </w:r>
      <w:r w:rsidR="00ED2D40">
        <w:rPr>
          <w:rFonts w:ascii="Times New Roman" w:hAnsi="Times New Roman" w:cs="Times New Roman"/>
          <w:color w:val="000000" w:themeColor="text1"/>
          <w:lang w:val="pt-BR"/>
        </w:rPr>
        <w:t xml:space="preserve">, </w:t>
      </w:r>
      <w:r w:rsidRPr="00B30B53">
        <w:rPr>
          <w:rFonts w:ascii="Times New Roman" w:hAnsi="Times New Roman" w:cs="Times New Roman"/>
          <w:color w:val="000000" w:themeColor="text1"/>
          <w:lang w:val="pt-BR"/>
        </w:rPr>
        <w:t>para que o trabalho seja elegível à premiação final e para que sejam emitidos os certificados pertinentes.</w:t>
      </w:r>
    </w:p>
    <w:p w14:paraId="7FE78A49" w14:textId="77777777" w:rsidR="003F3319" w:rsidRPr="00B30B53" w:rsidRDefault="00000000">
      <w:pPr>
        <w:pStyle w:val="Ttulo1"/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color w:val="000000" w:themeColor="text1"/>
          <w:lang w:val="pt-BR"/>
        </w:rPr>
        <w:t>I. Conferência dos arquivos enviados</w:t>
      </w:r>
    </w:p>
    <w:p w14:paraId="70B10216" w14:textId="6540A658" w:rsidR="003F3319" w:rsidRPr="00ED2D40" w:rsidRDefault="00000000" w:rsidP="00ED2D4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Ficha de Identificação e Submissão</w:t>
      </w:r>
      <w:r w:rsidR="00ED2D40">
        <w:rPr>
          <w:rFonts w:ascii="Times New Roman" w:hAnsi="Times New Roman" w:cs="Times New Roman"/>
          <w:color w:val="000000" w:themeColor="text1"/>
          <w:lang w:val="pt-BR"/>
        </w:rPr>
        <w:t xml:space="preserve">, em PDF, </w:t>
      </w:r>
      <w:r w:rsidR="004656D4" w:rsidRPr="00ED2D40">
        <w:rPr>
          <w:rFonts w:ascii="Times New Roman" w:hAnsi="Times New Roman" w:cs="Times New Roman"/>
          <w:color w:val="000000" w:themeColor="text1"/>
          <w:lang w:val="pt-BR"/>
        </w:rPr>
        <w:t xml:space="preserve">preenchida </w:t>
      </w:r>
      <w:r w:rsidR="00ED2D40" w:rsidRPr="00ED2D40">
        <w:rPr>
          <w:rFonts w:ascii="Times New Roman" w:hAnsi="Times New Roman" w:cs="Times New Roman"/>
          <w:color w:val="000000" w:themeColor="text1"/>
          <w:lang w:val="pt-BR"/>
        </w:rPr>
        <w:t>com todos os dados</w:t>
      </w:r>
    </w:p>
    <w:p w14:paraId="51A9F1AA" w14:textId="77777777" w:rsidR="003F3319" w:rsidRPr="00B30B53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proofErr w:type="gramStart"/>
      <w:r w:rsidRPr="00B30B53">
        <w:rPr>
          <w:rFonts w:ascii="Times New Roman" w:hAnsi="Times New Roman" w:cs="Times New Roman"/>
          <w:color w:val="000000" w:themeColor="text1"/>
          <w:lang w:val="pt-BR"/>
        </w:rPr>
        <w:t>[ ]</w:t>
      </w:r>
      <w:proofErr w:type="gramEnd"/>
      <w:r w:rsidRPr="00B30B53">
        <w:rPr>
          <w:rFonts w:ascii="Times New Roman" w:hAnsi="Times New Roman" w:cs="Times New Roman"/>
          <w:color w:val="000000" w:themeColor="text1"/>
          <w:lang w:val="pt-BR"/>
        </w:rPr>
        <w:t xml:space="preserve"> Resumo para Avaliação em Word (.docx), conforme template oficial e SEM identificação de autoria</w:t>
      </w:r>
    </w:p>
    <w:p w14:paraId="1A3F408B" w14:textId="77777777" w:rsidR="004656D4" w:rsidRDefault="004656D4">
      <w:pPr>
        <w:rPr>
          <w:rFonts w:ascii="Times New Roman" w:hAnsi="Times New Roman" w:cs="Times New Roman"/>
          <w:b/>
          <w:color w:val="000000" w:themeColor="text1"/>
          <w:lang w:val="pt-BR"/>
        </w:rPr>
      </w:pPr>
    </w:p>
    <w:p w14:paraId="3AC48D53" w14:textId="77777777" w:rsidR="0090199F" w:rsidRDefault="0090199F">
      <w:pPr>
        <w:rPr>
          <w:rFonts w:ascii="Times New Roman" w:hAnsi="Times New Roman" w:cs="Times New Roman"/>
          <w:b/>
          <w:color w:val="000000" w:themeColor="text1"/>
          <w:lang w:val="pt-BR"/>
        </w:rPr>
      </w:pPr>
    </w:p>
    <w:p w14:paraId="4B14CA90" w14:textId="77777777" w:rsidR="0090199F" w:rsidRDefault="0090199F">
      <w:pPr>
        <w:rPr>
          <w:rFonts w:ascii="Times New Roman" w:hAnsi="Times New Roman" w:cs="Times New Roman"/>
          <w:b/>
          <w:color w:val="000000" w:themeColor="text1"/>
          <w:lang w:val="pt-BR"/>
        </w:rPr>
      </w:pPr>
    </w:p>
    <w:p w14:paraId="3E9650F9" w14:textId="03C28134" w:rsidR="0090199F" w:rsidRDefault="0090199F">
      <w:pPr>
        <w:rPr>
          <w:rFonts w:ascii="Times New Roman" w:hAnsi="Times New Roman" w:cs="Times New Roman"/>
          <w:b/>
          <w:color w:val="000000" w:themeColor="text1"/>
          <w:lang w:val="pt-BR"/>
        </w:rPr>
      </w:pPr>
      <w:r>
        <w:rPr>
          <w:rFonts w:ascii="Times New Roman" w:hAnsi="Times New Roman" w:cs="Times New Roman"/>
          <w:b/>
          <w:color w:val="000000" w:themeColor="text1"/>
          <w:lang w:val="pt-BR"/>
        </w:rPr>
        <w:t>__________________________________________________</w:t>
      </w:r>
    </w:p>
    <w:p w14:paraId="0CD9DDF7" w14:textId="10A3C149" w:rsidR="003F3319" w:rsidRDefault="0090199F">
      <w:pPr>
        <w:rPr>
          <w:rFonts w:ascii="Times New Roman" w:hAnsi="Times New Roman" w:cs="Times New Roman"/>
          <w:color w:val="000000" w:themeColor="text1"/>
          <w:lang w:val="pt-BR"/>
        </w:rPr>
      </w:pPr>
      <w:r>
        <w:rPr>
          <w:rFonts w:ascii="Times New Roman" w:hAnsi="Times New Roman" w:cs="Times New Roman"/>
          <w:b/>
          <w:color w:val="000000" w:themeColor="text1"/>
          <w:lang w:val="pt-BR"/>
        </w:rPr>
        <w:t>Assinatura eletrônica GOV.BR do autor responsável pela submissão</w:t>
      </w:r>
    </w:p>
    <w:p w14:paraId="03B297BD" w14:textId="77777777" w:rsidR="004656D4" w:rsidRPr="00B30B53" w:rsidRDefault="004656D4">
      <w:pPr>
        <w:rPr>
          <w:rFonts w:ascii="Times New Roman" w:hAnsi="Times New Roman" w:cs="Times New Roman"/>
          <w:color w:val="000000" w:themeColor="text1"/>
          <w:lang w:val="pt-BR"/>
        </w:rPr>
      </w:pPr>
    </w:p>
    <w:p w14:paraId="1D24FCE9" w14:textId="216E8AB6" w:rsidR="003F3319" w:rsidRPr="00B30B53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B30B53">
        <w:rPr>
          <w:rFonts w:ascii="Times New Roman" w:hAnsi="Times New Roman" w:cs="Times New Roman"/>
          <w:b/>
          <w:color w:val="000000" w:themeColor="text1"/>
          <w:lang w:val="pt-BR"/>
        </w:rPr>
        <w:t>Data: ____/____/2026</w:t>
      </w:r>
    </w:p>
    <w:p w14:paraId="2F07489E" w14:textId="623ABB31" w:rsidR="003F3319" w:rsidRPr="00B30B53" w:rsidRDefault="003F3319">
      <w:pPr>
        <w:rPr>
          <w:rFonts w:ascii="Times New Roman" w:hAnsi="Times New Roman" w:cs="Times New Roman"/>
          <w:color w:val="000000" w:themeColor="text1"/>
          <w:lang w:val="pt-BR"/>
        </w:rPr>
      </w:pPr>
    </w:p>
    <w:sectPr w:rsidR="003F3319" w:rsidRPr="00B30B53" w:rsidSect="00034616">
      <w:headerReference w:type="default" r:id="rId8"/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86A78E" w14:textId="77777777" w:rsidR="009D0ED5" w:rsidRDefault="009D0ED5">
      <w:pPr>
        <w:spacing w:after="0" w:line="240" w:lineRule="auto"/>
      </w:pPr>
      <w:r>
        <w:separator/>
      </w:r>
    </w:p>
  </w:endnote>
  <w:endnote w:type="continuationSeparator" w:id="0">
    <w:p w14:paraId="7C5D091A" w14:textId="77777777" w:rsidR="009D0ED5" w:rsidRDefault="009D0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2BFDEC" w14:textId="77777777" w:rsidR="003F3319" w:rsidRPr="0090199F" w:rsidRDefault="00000000">
    <w:pPr>
      <w:pStyle w:val="Rodap"/>
      <w:jc w:val="right"/>
      <w:rPr>
        <w:rFonts w:ascii="Times New Roman" w:hAnsi="Times New Roman" w:cs="Times New Roman"/>
      </w:rPr>
    </w:pPr>
    <w:r w:rsidRPr="0090199F">
      <w:rPr>
        <w:rFonts w:ascii="Times New Roman" w:hAnsi="Times New Roman" w:cs="Times New Roman"/>
        <w:sz w:val="16"/>
      </w:rPr>
      <w:t xml:space="preserve">Página </w:t>
    </w:r>
    <w:r w:rsidRPr="0090199F">
      <w:rPr>
        <w:rFonts w:ascii="Times New Roman" w:hAnsi="Times New Roman" w:cs="Times New Roman"/>
        <w:sz w:val="16"/>
      </w:rPr>
      <w:fldChar w:fldCharType="begin"/>
    </w:r>
    <w:r w:rsidRPr="0090199F">
      <w:rPr>
        <w:rFonts w:ascii="Times New Roman" w:hAnsi="Times New Roman" w:cs="Times New Roman"/>
        <w:sz w:val="16"/>
      </w:rPr>
      <w:instrText xml:space="preserve"> PAGE </w:instrText>
    </w:r>
    <w:r w:rsidRPr="0090199F">
      <w:rPr>
        <w:rFonts w:ascii="Times New Roman" w:hAnsi="Times New Roman" w:cs="Times New Roman"/>
        <w:sz w:val="16"/>
      </w:rPr>
      <w:fldChar w:fldCharType="separate"/>
    </w:r>
    <w:r w:rsidR="00B30B53" w:rsidRPr="0090199F">
      <w:rPr>
        <w:rFonts w:ascii="Times New Roman" w:hAnsi="Times New Roman" w:cs="Times New Roman"/>
        <w:noProof/>
        <w:sz w:val="16"/>
      </w:rPr>
      <w:t>1</w:t>
    </w:r>
    <w:r w:rsidRPr="0090199F">
      <w:rPr>
        <w:rFonts w:ascii="Times New Roman" w:hAnsi="Times New Roman" w:cs="Times New Roman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1D8020" w14:textId="77777777" w:rsidR="009D0ED5" w:rsidRDefault="009D0ED5">
      <w:pPr>
        <w:spacing w:after="0" w:line="240" w:lineRule="auto"/>
      </w:pPr>
      <w:r>
        <w:separator/>
      </w:r>
    </w:p>
  </w:footnote>
  <w:footnote w:type="continuationSeparator" w:id="0">
    <w:p w14:paraId="07BB456E" w14:textId="77777777" w:rsidR="009D0ED5" w:rsidRDefault="009D0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99800C" w14:textId="77777777" w:rsidR="003F3319" w:rsidRPr="00E35F77" w:rsidRDefault="00000000" w:rsidP="00E35F77">
    <w:pPr>
      <w:pStyle w:val="Cabealho"/>
      <w:jc w:val="right"/>
      <w:rPr>
        <w:rFonts w:ascii="Times New Roman" w:hAnsi="Times New Roman" w:cs="Times New Roman"/>
      </w:rPr>
    </w:pPr>
    <w:r w:rsidRPr="00E35F77">
      <w:rPr>
        <w:rFonts w:ascii="Times New Roman" w:hAnsi="Times New Roman" w:cs="Times New Roman"/>
        <w:b/>
        <w:color w:val="666666"/>
        <w:sz w:val="16"/>
      </w:rPr>
      <w:t>EVENTO CIENTÍFICO E CULTURAL FABA 2026.2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355650">
    <w:abstractNumId w:val="8"/>
  </w:num>
  <w:num w:numId="2" w16cid:durableId="1921136397">
    <w:abstractNumId w:val="6"/>
  </w:num>
  <w:num w:numId="3" w16cid:durableId="968587788">
    <w:abstractNumId w:val="5"/>
  </w:num>
  <w:num w:numId="4" w16cid:durableId="1684360821">
    <w:abstractNumId w:val="4"/>
  </w:num>
  <w:num w:numId="5" w16cid:durableId="1108742866">
    <w:abstractNumId w:val="7"/>
  </w:num>
  <w:num w:numId="6" w16cid:durableId="936787634">
    <w:abstractNumId w:val="3"/>
  </w:num>
  <w:num w:numId="7" w16cid:durableId="281770965">
    <w:abstractNumId w:val="2"/>
  </w:num>
  <w:num w:numId="8" w16cid:durableId="2002192653">
    <w:abstractNumId w:val="1"/>
  </w:num>
  <w:num w:numId="9" w16cid:durableId="7855462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5EAC"/>
    <w:rsid w:val="0015074B"/>
    <w:rsid w:val="0029639D"/>
    <w:rsid w:val="002C795D"/>
    <w:rsid w:val="00326F90"/>
    <w:rsid w:val="003F3319"/>
    <w:rsid w:val="00432701"/>
    <w:rsid w:val="004656D4"/>
    <w:rsid w:val="008E5729"/>
    <w:rsid w:val="0090199F"/>
    <w:rsid w:val="009D0ED5"/>
    <w:rsid w:val="00AA1D8D"/>
    <w:rsid w:val="00B30B53"/>
    <w:rsid w:val="00B47730"/>
    <w:rsid w:val="00CB0664"/>
    <w:rsid w:val="00E35F77"/>
    <w:rsid w:val="00ED2D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DB42E9"/>
  <w14:defaultImageDpi w14:val="300"/>
  <w15:docId w15:val="{DF4F2378-6856-E044-A6CA-D418A03C0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4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color w:val="5A5A5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594</Words>
  <Characters>3493</Characters>
  <Application>Microsoft Office Word</Application>
  <DocSecurity>0</DocSecurity>
  <Lines>112</Lines>
  <Paragraphs>92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Author</cp:lastModifiedBy>
  <cp:revision>2</cp:revision>
  <dcterms:created xsi:type="dcterms:W3CDTF">2026-09-29T21:29:00Z</dcterms:created>
  <dcterms:modified xsi:type="dcterms:W3CDTF">2026-09-29T21:29:00Z</dcterms:modified>
  <cp:category/>
</cp:coreProperties>
</file>