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901489" w14:textId="77777777" w:rsidR="00A91C01" w:rsidRDefault="00A91C01" w:rsidP="00A91C01">
      <w:pPr>
        <w:pStyle w:val="Ttulo"/>
        <w:rPr>
          <w:rFonts w:ascii="Times New Roman" w:hAnsi="Times New Roman" w:cs="Times New Roman"/>
          <w:color w:val="000000" w:themeColor="text1"/>
          <w:lang w:val="pt-BR"/>
        </w:rPr>
      </w:pPr>
    </w:p>
    <w:p w14:paraId="79945FD9" w14:textId="5F59D6BE" w:rsidR="00046983" w:rsidRPr="00A91C01" w:rsidRDefault="00000000" w:rsidP="00A91C01">
      <w:pPr>
        <w:pStyle w:val="Ttulo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TEMPLATE DE RESUMO PARA AVALIAÇÃO</w:t>
      </w:r>
    </w:p>
    <w:p w14:paraId="4C2DF7A0" w14:textId="22241D05" w:rsidR="00046983" w:rsidRPr="00A91C01" w:rsidRDefault="00000000" w:rsidP="00A91C01">
      <w:pPr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b/>
          <w:color w:val="000000" w:themeColor="text1"/>
          <w:lang w:val="pt-BR"/>
        </w:rPr>
        <w:t xml:space="preserve">Arquivo obrigatório em Word (.docx) </w:t>
      </w:r>
      <w:r w:rsidR="00A91C01">
        <w:rPr>
          <w:rFonts w:ascii="Times New Roman" w:hAnsi="Times New Roman" w:cs="Times New Roman"/>
          <w:b/>
          <w:color w:val="000000" w:themeColor="text1"/>
          <w:lang w:val="pt-BR"/>
        </w:rPr>
        <w:t>–</w:t>
      </w:r>
      <w:r w:rsidRPr="00A91C01">
        <w:rPr>
          <w:rFonts w:ascii="Times New Roman" w:hAnsi="Times New Roman" w:cs="Times New Roman"/>
          <w:b/>
          <w:color w:val="000000" w:themeColor="text1"/>
          <w:lang w:val="pt-BR"/>
        </w:rPr>
        <w:t xml:space="preserve"> SEM identificação de autoria</w:t>
      </w:r>
    </w:p>
    <w:p w14:paraId="1A818F44" w14:textId="09661432" w:rsidR="00046983" w:rsidRPr="00A91C01" w:rsidRDefault="00A91C01" w:rsidP="00A91C01">
      <w:pPr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sz w:val="18"/>
          <w:lang w:val="pt-BR"/>
        </w:rPr>
        <w:t xml:space="preserve">Evento em </w:t>
      </w:r>
      <w:r w:rsidR="00000000" w:rsidRPr="00A91C01">
        <w:rPr>
          <w:rFonts w:ascii="Times New Roman" w:hAnsi="Times New Roman" w:cs="Times New Roman"/>
          <w:color w:val="000000" w:themeColor="text1"/>
          <w:sz w:val="18"/>
          <w:lang w:val="pt-BR"/>
        </w:rPr>
        <w:t xml:space="preserve">11 de novembro de 2026 | FABA </w:t>
      </w:r>
      <w:r>
        <w:rPr>
          <w:rFonts w:ascii="Times New Roman" w:hAnsi="Times New Roman" w:cs="Times New Roman"/>
          <w:color w:val="000000" w:themeColor="text1"/>
          <w:sz w:val="18"/>
          <w:lang w:val="pt-BR"/>
        </w:rPr>
        <w:t>–</w:t>
      </w:r>
      <w:r w:rsidR="00000000" w:rsidRPr="00A91C01">
        <w:rPr>
          <w:rFonts w:ascii="Times New Roman" w:hAnsi="Times New Roman" w:cs="Times New Roman"/>
          <w:color w:val="000000" w:themeColor="text1"/>
          <w:sz w:val="18"/>
          <w:lang w:val="pt-BR"/>
        </w:rPr>
        <w:t xml:space="preserve"> Rua Cariús, 223, Campo Grande, Rio de Janeiro/RJ</w:t>
      </w:r>
    </w:p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72"/>
      </w:tblGrid>
      <w:tr w:rsidR="00046983" w:rsidRPr="00A91C01" w14:paraId="027CCF60" w14:textId="77777777" w:rsidTr="00A91C01">
        <w:trPr>
          <w:jc w:val="center"/>
        </w:trPr>
        <w:tc>
          <w:tcPr>
            <w:tcW w:w="9972" w:type="dxa"/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761EAE2" w14:textId="75FCF69B" w:rsidR="00046983" w:rsidRPr="00A91C01" w:rsidRDefault="00000000" w:rsidP="00A91C01">
            <w:pPr>
              <w:jc w:val="both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ANTES DE ENVIAR: </w:t>
            </w:r>
            <w:r w:rsidRPr="00A91C01">
              <w:rPr>
                <w:rFonts w:ascii="Times New Roman" w:hAnsi="Times New Roman" w:cs="Times New Roman"/>
                <w:bCs/>
                <w:color w:val="000000" w:themeColor="text1"/>
                <w:lang w:val="pt-BR"/>
              </w:rPr>
              <w:t>remova qualquer nome de autor, instituição, orientador, agradecimento identificável ou outro elemento que revele a autoria. O arquivo será encaminhado para avaliação científica cega</w:t>
            </w:r>
            <w:r w:rsidR="00A91C01" w:rsidRPr="00A91C01">
              <w:rPr>
                <w:rFonts w:ascii="Times New Roman" w:hAnsi="Times New Roman" w:cs="Times New Roman"/>
                <w:bCs/>
                <w:color w:val="000000" w:themeColor="text1"/>
                <w:lang w:val="pt-BR"/>
              </w:rPr>
              <w:t xml:space="preserve">, </w:t>
            </w:r>
            <w:r w:rsidRPr="00A91C01">
              <w:rPr>
                <w:rFonts w:ascii="Times New Roman" w:hAnsi="Times New Roman" w:cs="Times New Roman"/>
                <w:bCs/>
                <w:color w:val="000000" w:themeColor="text1"/>
                <w:lang w:val="pt-BR"/>
              </w:rPr>
              <w:t>quanto à autoria.</w:t>
            </w:r>
          </w:p>
        </w:tc>
      </w:tr>
    </w:tbl>
    <w:p w14:paraId="092C3F50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0185A4B4" w14:textId="77777777" w:rsidR="00046983" w:rsidRPr="00A91C01" w:rsidRDefault="00000000" w:rsidP="00A91C01">
      <w:pPr>
        <w:pStyle w:val="Ttulo1"/>
        <w:spacing w:before="0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1. Formatação obrigatória</w:t>
      </w:r>
    </w:p>
    <w:p w14:paraId="7F0C402E" w14:textId="34B88BB7" w:rsidR="00046983" w:rsidRPr="00A91C01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250 a 400 palavras, excluindo título</w:t>
      </w:r>
      <w:r w:rsidR="004A1E1D">
        <w:rPr>
          <w:rFonts w:ascii="Times New Roman" w:hAnsi="Times New Roman" w:cs="Times New Roman"/>
          <w:color w:val="000000" w:themeColor="text1"/>
          <w:lang w:val="pt-BR"/>
        </w:rPr>
        <w:t xml:space="preserve">, referências e </w:t>
      </w:r>
      <w:r w:rsidRPr="00A91C01">
        <w:rPr>
          <w:rFonts w:ascii="Times New Roman" w:hAnsi="Times New Roman" w:cs="Times New Roman"/>
          <w:color w:val="000000" w:themeColor="text1"/>
          <w:lang w:val="pt-BR"/>
        </w:rPr>
        <w:t>palavras-chave.</w:t>
      </w:r>
    </w:p>
    <w:p w14:paraId="14071B81" w14:textId="5754EE58" w:rsidR="00046983" w:rsidRPr="00A91C01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Idioma: português ou inglês, à escolha dos autores.</w:t>
      </w:r>
      <w:r w:rsidR="004A1E1D">
        <w:rPr>
          <w:rFonts w:ascii="Times New Roman" w:hAnsi="Times New Roman" w:cs="Times New Roman"/>
          <w:color w:val="000000" w:themeColor="text1"/>
          <w:lang w:val="pt-BR"/>
        </w:rPr>
      </w:r>
    </w:p>
    <w:p w14:paraId="6FB6E679" w14:textId="77777777" w:rsidR="00046983" w:rsidRPr="00A91C01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Página A4; margens de 2,5 cm.</w:t>
      </w:r>
    </w:p>
    <w:p w14:paraId="56B49C27" w14:textId="77777777" w:rsidR="00046983" w:rsidRPr="00A91C01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Fonte Times 11; espaçamento 1,15; texto justificado.</w:t>
      </w:r>
    </w:p>
    <w:p w14:paraId="69D76918" w14:textId="1EDE7628" w:rsidR="00046983" w:rsidRPr="00A91C01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Título: Times 1</w:t>
      </w:r>
      <w:r w:rsidR="00A91C01">
        <w:rPr>
          <w:rFonts w:ascii="Times New Roman" w:hAnsi="Times New Roman" w:cs="Times New Roman"/>
          <w:color w:val="000000" w:themeColor="text1"/>
          <w:lang w:val="pt-BR"/>
        </w:rPr>
        <w:t>2</w:t>
      </w:r>
      <w:r w:rsidRPr="00A91C01">
        <w:rPr>
          <w:rFonts w:ascii="Times New Roman" w:hAnsi="Times New Roman" w:cs="Times New Roman"/>
          <w:color w:val="000000" w:themeColor="text1"/>
          <w:lang w:val="pt-BR"/>
        </w:rPr>
        <w:t>, negrito, centralizado.</w:t>
      </w:r>
    </w:p>
    <w:p w14:paraId="07E7B143" w14:textId="77777777" w:rsidR="00046983" w:rsidRPr="00A91C01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3 a 5 palavras-chave ao final.</w:t>
      </w:r>
    </w:p>
    <w:p w14:paraId="5E880E43" w14:textId="692BFDE4" w:rsidR="00046983" w:rsidRPr="00A91C01" w:rsidRDefault="00000000">
      <w:pPr>
        <w:pStyle w:val="Commarcadores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Não incluir figuras, gráficos, tabelas ou identificação dos autores neste arquivo de envio. Figuras, gráficos e tabelas poderão ser incluídos posteriormente, caso o trabalho seja aprovado, exclusivamente no pôster, conforme o Guia de Confecção e Exposição de Pôsteres.</w:t>
      </w:r>
      <w:r w:rsidR="004A1E1D">
        <w:rPr>
          <w:rFonts w:ascii="Times New Roman" w:hAnsi="Times New Roman" w:cs="Times New Roman"/>
          <w:color w:val="000000" w:themeColor="text1"/>
          <w:lang w:val="pt-BR"/>
        </w:rPr>
      </w:r>
      <w:r w:rsidRPr="00A91C01">
        <w:rPr>
          <w:rFonts w:ascii="Times New Roman" w:hAnsi="Times New Roman" w:cs="Times New Roman"/>
          <w:color w:val="000000" w:themeColor="text1"/>
          <w:lang w:val="pt-BR"/>
        </w:rPr>
      </w:r>
      <w:r w:rsidR="004A1E1D">
        <w:rPr>
          <w:rFonts w:ascii="Times New Roman" w:hAnsi="Times New Roman" w:cs="Times New Roman"/>
          <w:color w:val="000000" w:themeColor="text1"/>
          <w:lang w:val="pt-BR"/>
        </w:rPr>
      </w:r>
      <w:r w:rsidRPr="00A91C01">
        <w:rPr>
          <w:rFonts w:ascii="Times New Roman" w:hAnsi="Times New Roman" w:cs="Times New Roman"/>
          <w:color w:val="000000" w:themeColor="text1"/>
          <w:lang w:val="pt-BR"/>
        </w:rPr>
      </w:r>
      <w:r w:rsidR="004A1E1D">
        <w:rPr>
          <w:rFonts w:ascii="Times New Roman" w:hAnsi="Times New Roman" w:cs="Times New Roman"/>
          <w:color w:val="000000" w:themeColor="text1"/>
          <w:lang w:val="pt-BR"/>
        </w:rPr>
      </w:r>
    </w:p>
    <w:p w14:paraId="5ED5E24D" w14:textId="77777777" w:rsidR="00A91C01" w:rsidRDefault="00A91C01" w:rsidP="00A91C01">
      <w:pPr>
        <w:pStyle w:val="Ttulo1"/>
        <w:spacing w:before="0"/>
        <w:rPr>
          <w:rFonts w:ascii="Times New Roman" w:hAnsi="Times New Roman" w:cs="Times New Roman"/>
          <w:color w:val="000000" w:themeColor="text1"/>
          <w:lang w:val="pt-BR"/>
        </w:rPr>
      </w:pPr>
    </w:p>
    <w:p w14:paraId="2497FFA7" w14:textId="730340B2" w:rsidR="00046983" w:rsidRPr="00A91C01" w:rsidRDefault="00000000" w:rsidP="00A91C01">
      <w:pPr>
        <w:pStyle w:val="Ttulo1"/>
        <w:spacing w:before="0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2. Estrutura conforme modalidade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381"/>
        <w:gridCol w:w="4581"/>
      </w:tblGrid>
      <w:tr w:rsidR="00046983" w:rsidRPr="00A91C01" w14:paraId="1545ED4E" w14:textId="77777777" w:rsidTr="00A91C01">
        <w:trPr>
          <w:tblHeader/>
          <w:jc w:val="center"/>
        </w:trPr>
        <w:tc>
          <w:tcPr>
            <w:tcW w:w="5387" w:type="dxa"/>
            <w:shd w:val="clear" w:color="auto" w:fill="D9D9D9" w:themeFill="background1" w:themeFillShade="D9"/>
            <w:vAlign w:val="center"/>
          </w:tcPr>
          <w:p w14:paraId="76375EF0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b/>
                <w:color w:val="000000" w:themeColor="text1"/>
                <w:sz w:val="16"/>
                <w:lang w:val="pt-BR"/>
              </w:rPr>
              <w:t>Modalidade</w:t>
            </w:r>
          </w:p>
        </w:tc>
        <w:tc>
          <w:tcPr>
            <w:tcW w:w="4585" w:type="dxa"/>
            <w:shd w:val="clear" w:color="auto" w:fill="D9D9D9" w:themeFill="background1" w:themeFillShade="D9"/>
            <w:vAlign w:val="center"/>
          </w:tcPr>
          <w:p w14:paraId="45422302" w14:textId="77777777" w:rsidR="00046983" w:rsidRPr="00A91C01" w:rsidRDefault="00000000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b/>
                <w:color w:val="000000" w:themeColor="text1"/>
                <w:sz w:val="16"/>
                <w:lang w:val="pt-BR"/>
              </w:rPr>
              <w:t>Estrutura a ser utilizada</w:t>
            </w:r>
          </w:p>
        </w:tc>
      </w:tr>
      <w:tr w:rsidR="00046983" w:rsidRPr="00A91C01" w14:paraId="74C0A203" w14:textId="77777777" w:rsidTr="00A91C01">
        <w:trPr>
          <w:jc w:val="center"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AD7A31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Estudo intervencional/experimental</w:t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356DC3" w14:textId="2C5BF4E5" w:rsidR="00046983" w:rsidRPr="00A91C01" w:rsidRDefault="00000000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Introdução; Objetivo;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Material e </w:t>
            </w: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Métodos; Resultados;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 </w:t>
            </w: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Considerações finais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; Referências (apenas as 5 principais).</w:t>
            </w:r>
          </w:p>
        </w:tc>
      </w:tr>
      <w:tr w:rsidR="00046983" w:rsidRPr="00A91C01" w14:paraId="2308FBB7" w14:textId="77777777" w:rsidTr="00A91C01">
        <w:trPr>
          <w:jc w:val="center"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143491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Estudo observacional</w:t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3172AC" w14:textId="405F99FA" w:rsidR="00046983" w:rsidRPr="00A91C01" w:rsidRDefault="00000000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Introdução; Objetivo; </w:t>
            </w:r>
            <w:r w:rsid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Material e </w:t>
            </w: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Métodos; Resultados;</w:t>
            </w:r>
            <w:r w:rsid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 </w:t>
            </w: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Considerações finais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Referências (apenas as 5 principais).</w:t>
            </w:r>
          </w:p>
        </w:tc>
      </w:tr>
      <w:tr w:rsidR="00046983" w:rsidRPr="00A91C01" w14:paraId="78B32FAE" w14:textId="77777777" w:rsidTr="00A91C01">
        <w:trPr>
          <w:jc w:val="center"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AD5D0B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Pesquisa qualitativa</w:t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D7465D" w14:textId="59D57598" w:rsidR="00046983" w:rsidRPr="00A91C01" w:rsidRDefault="006C4987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Introdução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Objetivo;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Material e 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Métodos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 (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abordagem qualitativa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)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; Resultados; Considerações finais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Referências (apenas as 5 principais)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.</w:t>
            </w:r>
          </w:p>
        </w:tc>
      </w:tr>
      <w:tr w:rsidR="00046983" w:rsidRPr="00A91C01" w14:paraId="30691C3C" w14:textId="77777777" w:rsidTr="00A91C01">
        <w:trPr>
          <w:jc w:val="center"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91482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Estudo de métodos mistos</w:t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D48116" w14:textId="4EA26671" w:rsidR="00046983" w:rsidRPr="00A91C01" w:rsidRDefault="006C4987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Introdução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Objetivo;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Material e 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Métodos (componentes quantitativo e qualitativo); Resultados;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 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Considerações finais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Referências (apenas as 5 principais).</w:t>
            </w:r>
          </w:p>
        </w:tc>
      </w:tr>
      <w:tr w:rsidR="00046983" w:rsidRPr="00A91C01" w14:paraId="020DE681" w14:textId="77777777" w:rsidTr="00A91C01">
        <w:trPr>
          <w:jc w:val="center"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6CEB35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Estudo metodológico</w:t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88400C" w14:textId="3BEE4B87" w:rsidR="00046983" w:rsidRPr="00A91C01" w:rsidRDefault="006C4987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Introdução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Objetivo;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Metodologia; 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Resultados;</w:t>
            </w: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 </w:t>
            </w:r>
            <w:r w:rsidR="00000000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Considerações finais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Referências (apenas as 5 principais).</w:t>
            </w:r>
          </w:p>
        </w:tc>
      </w:tr>
      <w:tr w:rsidR="00046983" w:rsidRPr="00A91C01" w14:paraId="6984EA68" w14:textId="77777777" w:rsidTr="00A91C01">
        <w:trPr>
          <w:jc w:val="center"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5083AE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Relato de caso ou série de casos</w:t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D8997C" w14:textId="59B53172" w:rsidR="00046983" w:rsidRPr="00A91C01" w:rsidRDefault="006C4987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Introdução; Objetivo; Apresentação do caso ou série de casos; Discussão; Considerações finais; Referências (apenas as 5 principais).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</w:p>
        </w:tc>
      </w:tr>
      <w:tr w:rsidR="00046983" w:rsidRPr="00A91C01" w14:paraId="478E2218" w14:textId="77777777" w:rsidTr="00A91C01">
        <w:trPr>
          <w:jc w:val="center"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21991C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Revisão da literatura / síntese de evidências</w:t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FB8E47" w14:textId="43F9E806" w:rsidR="00046983" w:rsidRPr="00A91C01" w:rsidRDefault="00000000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Introdução; Objetivo; Métodos; Resultados;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 </w:t>
            </w:r>
            <w:r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Considerações finais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</w:t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Referências (apenas as 5 principais).</w:t>
            </w:r>
          </w:p>
        </w:tc>
      </w:tr>
      <w:tr w:rsidR="00046983" w:rsidRPr="00A91C01" w14:paraId="7E58A4E5" w14:textId="77777777" w:rsidTr="00A91C01">
        <w:trPr>
          <w:jc w:val="center"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BEC691" w14:textId="09D74402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Relato de experiência, prática ou ação extensionista</w:t>
            </w:r>
            <w:r w:rsidR="006C4987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="006C4987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D465F7" w14:textId="6FAD68E5" w:rsidR="00046983" w:rsidRPr="00A91C01" w:rsidRDefault="006C4987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Introdução; Objetivo; Descrição da experiência/prática/ação, incluindo seus principais resultados/impactos; Considerações finais; Referências (apenas as 5 principais).</w:t>
            </w:r>
            <w:r w:rsidR="00000000"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="00000000"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  <w:r w:rsidR="00886F4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</w:r>
          </w:p>
        </w:tc>
      </w:tr>
      <w:tr w:rsidR="00046983" w:rsidRPr="00A91C01" w14:paraId="2E7570E1" w14:textId="77777777" w:rsidTr="00A91C01">
        <w:trPr>
          <w:jc w:val="center"/>
          <w:cantSplit/>
        </w:trPr>
        <w:tc>
          <w:tcPr>
            <w:tcW w:w="538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BAE22C" w14:textId="77777777" w:rsidR="00046983" w:rsidRPr="00A91C01" w:rsidRDefault="00000000" w:rsidP="00A91C0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Produção técnica/tecnológica e desenvolvimento de produto, processo ou solução</w:t>
            </w:r>
          </w:p>
        </w:tc>
        <w:tc>
          <w:tcPr>
            <w:tcW w:w="4585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838AEE" w14:textId="1E3B5E8B" w:rsidR="00046983" w:rsidRPr="00A91C01" w:rsidRDefault="00000000" w:rsidP="00A91C01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Problema</w:t>
            </w:r>
            <w:r w:rsidR="006C4987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 e justificativa</w:t>
            </w:r>
            <w:r w:rsidRPr="00A91C01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; Objetivo; Processo de desenvolvimento; Produto/processo/solução ou estágio atual do desenvolvimento; Aplicabilidade e potencial de contribuição/inovação; Considerações finais</w:t>
            </w:r>
            <w:r w:rsidR="004A1E1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 xml:space="preserve">; </w:t>
            </w:r>
            <w:r w:rsidR="004A1E1D" w:rsidRPr="00886F4D">
              <w:rPr>
                <w:rFonts w:ascii="Times New Roman" w:hAnsi="Times New Roman" w:cs="Times New Roman"/>
                <w:color w:val="000000" w:themeColor="text1"/>
                <w:sz w:val="16"/>
                <w:lang w:val="pt-BR"/>
              </w:rPr>
              <w:t>Referências (apenas as 5 principais).</w:t>
            </w:r>
          </w:p>
        </w:tc>
      </w:tr>
    </w:tbl>
    <w:p w14:paraId="6A7825DA" w14:textId="77777777" w:rsidR="00046983" w:rsidRPr="00A91C01" w:rsidRDefault="00000000" w:rsidP="00A91C01">
      <w:pPr>
        <w:jc w:val="both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Trabalhos ainda não iniciados não serão aceitos. Nos trabalhos em andamento, ainda sem resultados, o subtítulo “Resultados” deverá ser substituído por “Estágio atual de execução” e, quando pertinente, poderão ser apresentados “Resultados esperados”. O estágio de execução efetivamente alcançado deverá ser descrito com clareza.</w:t>
      </w:r>
    </w:p>
    <w:p w14:paraId="1E5117CB" w14:textId="77777777" w:rsidR="00046983" w:rsidRPr="00A91C01" w:rsidRDefault="00000000">
      <w:pPr>
        <w:pStyle w:val="Ttulo1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color w:val="000000" w:themeColor="text1"/>
          <w:lang w:val="pt-BR"/>
        </w:rPr>
        <w:t>3. Área para redação do resumo</w:t>
      </w:r>
    </w:p>
    <w:p w14:paraId="280A7EB8" w14:textId="77777777" w:rsidR="00046983" w:rsidRPr="00A91C01" w:rsidRDefault="00000000">
      <w:pPr>
        <w:jc w:val="center"/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b/>
          <w:color w:val="000000" w:themeColor="text1"/>
          <w:sz w:val="24"/>
          <w:lang w:val="pt-BR"/>
        </w:rPr>
        <w:t>[TÍTULO DO TRABALHO]</w:t>
      </w:r>
    </w:p>
    <w:p w14:paraId="35AC269F" w14:textId="77777777" w:rsidR="00046983" w:rsidRPr="00A91C01" w:rsidRDefault="00000000">
      <w:pPr>
        <w:rPr>
          <w:rFonts w:ascii="Times New Roman" w:hAnsi="Times New Roman" w:cs="Times New Roman"/>
          <w:iCs/>
          <w:color w:val="000000" w:themeColor="text1"/>
          <w:sz w:val="22"/>
          <w:lang w:val="pt-BR"/>
        </w:rPr>
      </w:pPr>
      <w:r w:rsidRPr="00A91C01">
        <w:rPr>
          <w:rFonts w:ascii="Times New Roman" w:hAnsi="Times New Roman" w:cs="Times New Roman"/>
          <w:iCs/>
          <w:color w:val="000000" w:themeColor="text1"/>
          <w:sz w:val="22"/>
          <w:lang w:val="pt-BR"/>
        </w:rPr>
        <w:t>[Insira o texto estruturado do resumo aqui, utilizando os subtítulos correspondentes à modalidade selecionada, na ordem indicada na tabela acima. Apague esta orientação antes do envio.]</w:t>
      </w:r>
    </w:p>
    <w:p w14:paraId="28526A12" w14:textId="77777777" w:rsidR="00046983" w:rsidRPr="00A91C01" w:rsidRDefault="00046983">
      <w:pPr>
        <w:rPr>
          <w:rFonts w:ascii="Times New Roman" w:hAnsi="Times New Roman" w:cs="Times New Roman"/>
          <w:iCs/>
          <w:color w:val="000000" w:themeColor="text1"/>
          <w:sz w:val="22"/>
          <w:lang w:val="pt-BR"/>
        </w:rPr>
      </w:pPr>
    </w:p>
    <w:p w14:paraId="7CBBF2E0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5161805F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2486A63D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5CA430F3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21F6BC5C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11A4E659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7E259E66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p w14:paraId="043AA67F" w14:textId="77777777" w:rsidR="00046983" w:rsidRPr="00A91C01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>
        <w:rPr>
          <w:rFonts w:ascii="Times New Roman" w:hAnsi="Times New Roman" w:cs="Times New Roman"/>
          <w:b/>
          <w:color w:val="000000" w:themeColor="text1"/>
          <w:lang w:val="pt-BR"/>
        </w:rPr>
        <w:t>Referências: [insira até 5 referências principais]</w:t>
      </w:r>
    </w:p>
    <w:p w14:paraId="043AA67F" w14:textId="77777777" w:rsidR="00046983" w:rsidRPr="00A91C01" w:rsidRDefault="00000000">
      <w:pPr>
        <w:rPr>
          <w:rFonts w:ascii="Times New Roman" w:hAnsi="Times New Roman" w:cs="Times New Roman"/>
          <w:color w:val="000000" w:themeColor="text1"/>
          <w:lang w:val="pt-BR"/>
        </w:rPr>
      </w:pPr>
      <w:r w:rsidRPr="00A91C01">
        <w:rPr>
          <w:rFonts w:ascii="Times New Roman" w:hAnsi="Times New Roman" w:cs="Times New Roman"/>
          <w:b/>
          <w:color w:val="000000" w:themeColor="text1"/>
          <w:lang w:val="pt-BR"/>
        </w:rPr>
        <w:t xml:space="preserve">Palavras-chave: </w:t>
      </w:r>
      <w:r w:rsidRPr="00A91C01">
        <w:rPr>
          <w:rFonts w:ascii="Times New Roman" w:hAnsi="Times New Roman" w:cs="Times New Roman"/>
          <w:color w:val="000000" w:themeColor="text1"/>
          <w:lang w:val="pt-BR"/>
        </w:rPr>
        <w:t>[3 a 5 termos, separados por ponto e vírgula]</w:t>
      </w:r>
    </w:p>
    <w:tbl>
      <w:tblPr>
        <w:tblW w:w="0" w:type="auto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972"/>
      </w:tblGrid>
      <w:tr w:rsidR="00046983" w:rsidRPr="00A91C01" w14:paraId="215B7C7D" w14:textId="77777777" w:rsidTr="00A91C01">
        <w:trPr>
          <w:jc w:val="center"/>
        </w:trPr>
        <w:tc>
          <w:tcPr>
            <w:tcW w:w="9972" w:type="dxa"/>
            <w:shd w:val="clear" w:color="auto" w:fill="D9D9D9" w:themeFill="background1" w:themeFillShade="D9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911F7C7" w14:textId="12D598F1" w:rsidR="00046983" w:rsidRPr="00A91C01" w:rsidRDefault="00000000">
            <w:pPr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 w:rsidRPr="00A91C0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Envi</w:t>
            </w:r>
            <w:r w:rsidR="00A91C0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ar para</w:t>
            </w:r>
            <w:r w:rsidRPr="00A91C01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: </w:t>
            </w:r>
            <w:r w:rsidRPr="00A91C01">
              <w:rPr>
                <w:rFonts w:ascii="Times New Roman" w:hAnsi="Times New Roman" w:cs="Times New Roman"/>
                <w:bCs/>
                <w:color w:val="000000" w:themeColor="text1"/>
                <w:lang w:val="pt-BR"/>
              </w:rPr>
              <w:t>coordextensao@bezerradearaujo.com.br | Prazo: 18/10/2026, às 23h59 (horário de Brasília).</w:t>
            </w:r>
          </w:p>
        </w:tc>
      </w:tr>
    </w:tbl>
    <w:p w14:paraId="4DC3902A" w14:textId="77777777" w:rsidR="00046983" w:rsidRPr="00A91C01" w:rsidRDefault="00046983">
      <w:pPr>
        <w:rPr>
          <w:rFonts w:ascii="Times New Roman" w:hAnsi="Times New Roman" w:cs="Times New Roman"/>
          <w:color w:val="000000" w:themeColor="text1"/>
          <w:lang w:val="pt-BR"/>
        </w:rPr>
      </w:pPr>
    </w:p>
    <w:sectPr w:rsidR="00046983" w:rsidRPr="00A91C01" w:rsidSect="00034616">
      <w:headerReference w:type="default" r:id="rId8"/>
      <w:footerReference w:type="default" r:id="rId9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7E5C33" w14:textId="77777777" w:rsidR="009E4B1F" w:rsidRDefault="009E4B1F">
      <w:pPr>
        <w:spacing w:after="0" w:line="240" w:lineRule="auto"/>
      </w:pPr>
      <w:r>
        <w:separator/>
      </w:r>
    </w:p>
  </w:endnote>
  <w:endnote w:type="continuationSeparator" w:id="0">
    <w:p w14:paraId="306F1758" w14:textId="77777777" w:rsidR="009E4B1F" w:rsidRDefault="009E4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44EEDB" w14:textId="77777777" w:rsidR="00046983" w:rsidRPr="00A91C01" w:rsidRDefault="00000000">
    <w:pPr>
      <w:pStyle w:val="Rodap"/>
      <w:jc w:val="right"/>
      <w:rPr>
        <w:rFonts w:ascii="Times New Roman" w:hAnsi="Times New Roman" w:cs="Times New Roman"/>
      </w:rPr>
    </w:pPr>
    <w:r w:rsidRPr="00A91C01">
      <w:rPr>
        <w:rFonts w:ascii="Times New Roman" w:hAnsi="Times New Roman" w:cs="Times New Roman"/>
        <w:sz w:val="16"/>
      </w:rPr>
      <w:t xml:space="preserve">Página </w:t>
    </w:r>
    <w:r w:rsidRPr="00A91C01">
      <w:rPr>
        <w:rFonts w:ascii="Times New Roman" w:hAnsi="Times New Roman" w:cs="Times New Roman"/>
        <w:sz w:val="16"/>
      </w:rPr>
      <w:fldChar w:fldCharType="begin"/>
    </w:r>
    <w:r w:rsidRPr="00A91C01">
      <w:rPr>
        <w:rFonts w:ascii="Times New Roman" w:hAnsi="Times New Roman" w:cs="Times New Roman"/>
        <w:sz w:val="16"/>
      </w:rPr>
      <w:instrText xml:space="preserve"> PAGE </w:instrText>
    </w:r>
    <w:r w:rsidR="00A91C01" w:rsidRPr="00A91C01">
      <w:rPr>
        <w:rFonts w:ascii="Times New Roman" w:hAnsi="Times New Roman" w:cs="Times New Roman"/>
        <w:sz w:val="16"/>
      </w:rPr>
      <w:fldChar w:fldCharType="separate"/>
    </w:r>
    <w:r w:rsidR="00A91C01" w:rsidRPr="00A91C01">
      <w:rPr>
        <w:rFonts w:ascii="Times New Roman" w:hAnsi="Times New Roman" w:cs="Times New Roman"/>
        <w:noProof/>
        <w:sz w:val="16"/>
      </w:rPr>
      <w:t>1</w:t>
    </w:r>
    <w:r w:rsidRPr="00A91C01">
      <w:rPr>
        <w:rFonts w:ascii="Times New Roman" w:hAnsi="Times New Roman" w:cs="Times New Roman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7CFEDC" w14:textId="77777777" w:rsidR="009E4B1F" w:rsidRDefault="009E4B1F">
      <w:pPr>
        <w:spacing w:after="0" w:line="240" w:lineRule="auto"/>
      </w:pPr>
      <w:r>
        <w:separator/>
      </w:r>
    </w:p>
  </w:footnote>
  <w:footnote w:type="continuationSeparator" w:id="0">
    <w:p w14:paraId="22D218C9" w14:textId="77777777" w:rsidR="009E4B1F" w:rsidRDefault="009E4B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4E8B1" w14:textId="77777777" w:rsidR="00046983" w:rsidRPr="00A91C01" w:rsidRDefault="00000000" w:rsidP="00A91C01">
    <w:pPr>
      <w:pStyle w:val="Cabealho"/>
      <w:jc w:val="right"/>
      <w:rPr>
        <w:rFonts w:ascii="Times New Roman" w:hAnsi="Times New Roman" w:cs="Times New Roman"/>
      </w:rPr>
    </w:pPr>
    <w:r w:rsidRPr="00A91C01">
      <w:rPr>
        <w:rFonts w:ascii="Times New Roman" w:hAnsi="Times New Roman" w:cs="Times New Roman"/>
        <w:b/>
        <w:color w:val="666666"/>
        <w:sz w:val="16"/>
      </w:rPr>
      <w:t>EVENTO CIENTÍFICO E CULTURAL FABA 2026.2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1342238">
    <w:abstractNumId w:val="8"/>
  </w:num>
  <w:num w:numId="2" w16cid:durableId="620497863">
    <w:abstractNumId w:val="6"/>
  </w:num>
  <w:num w:numId="3" w16cid:durableId="561908421">
    <w:abstractNumId w:val="5"/>
  </w:num>
  <w:num w:numId="4" w16cid:durableId="397292780">
    <w:abstractNumId w:val="4"/>
  </w:num>
  <w:num w:numId="5" w16cid:durableId="1992904935">
    <w:abstractNumId w:val="7"/>
  </w:num>
  <w:num w:numId="6" w16cid:durableId="1759448150">
    <w:abstractNumId w:val="3"/>
  </w:num>
  <w:num w:numId="7" w16cid:durableId="1613367141">
    <w:abstractNumId w:val="2"/>
  </w:num>
  <w:num w:numId="8" w16cid:durableId="752973630">
    <w:abstractNumId w:val="1"/>
  </w:num>
  <w:num w:numId="9" w16cid:durableId="18931566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983"/>
    <w:rsid w:val="0006063C"/>
    <w:rsid w:val="0015074B"/>
    <w:rsid w:val="0029639D"/>
    <w:rsid w:val="002C795D"/>
    <w:rsid w:val="00326F90"/>
    <w:rsid w:val="004A1E1D"/>
    <w:rsid w:val="006C4987"/>
    <w:rsid w:val="00886F4D"/>
    <w:rsid w:val="009E4B1F"/>
    <w:rsid w:val="00A91C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14CCF6"/>
  <w14:defaultImageDpi w14:val="300"/>
  <w15:docId w15:val="{DF4F2378-6856-E044-A6CA-D418A03C0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3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rial" w:hAnsi="Arial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367</Words>
  <Characters>2799</Characters>
  <Application>Microsoft Office Word</Application>
  <DocSecurity>0</DocSecurity>
  <Lines>75</Lines>
  <Paragraphs>48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Author</cp:lastModifiedBy>
  <cp:revision>2</cp:revision>
  <dcterms:created xsi:type="dcterms:W3CDTF">2026-09-29T22:16:00Z</dcterms:created>
  <dcterms:modified xsi:type="dcterms:W3CDTF">2026-09-29T22:16:00Z</dcterms:modified>
  <cp:category/>
</cp:coreProperties>
</file>